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תחנת מר חשוון למקצועות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ח-ג-ג ומשמעויות המילה 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פעילויות בין-תחומיות סביב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תיבת רגעים טובים ושרשרת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הימים בחודש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לאתר אנשים שעובדים בשקט ולהכין מפת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מר מתפרשת בכמה 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ספירת הימים נעשית בשיעור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צורך בהשגחה ותיאום רגישויות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צוין בתחנת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בתחנת מוזיקה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ח-ג-ג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דיאגרמת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(כתיבת הזמנה לחגיגה כיתתית)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(טעימה עיוורת של ארבעה טעמים)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(שרשרת קישוטים מנייר ממוחזר)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(המצאת מנגינת הצלחה בכלי הקשה)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(ספירת ימי חודש חשוון)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מר היא מילה שיש לה כמה משמעויות - טעם, תואר (אדון) וגם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שמתייחסת למקום, מפה או 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מקצועות ויסביר את הקשר לחגיגה, תוך הסתמכות על מה שנלמד בדף - למשל לשון (הזמנה) ואמנות (קישוטים)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כמה מקצועות יחד סביב נושא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טעימה עיוורת של ארבעת הטעמים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להעמיק את ההבנה וליצור למידה מגוונת ומשמעותית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בשיחה קצרה על משמעויות המילה מר כדי לחבר ללשון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מקצועות ולבקש מכל קבוצה להציג פעילות אחת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בתחנת מר חשוון לומדים לא רק על החודש עצמו, אלא גם מתחברים למקצועות כמו לשון, מדעים, אמנות, מוזיקה, גאוגרפיה וחשבון. בדף הזה נתרגל את הקשרים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מקצוע שייכת הפעילות של איסוף מילים מהשורש ח-ג-ג?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מקצוע עורכים טעימה עיוורת של ארבעה טעמים?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יוצרים בשיעור אמנות בתחנת מר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תיבת רגעים טובים ושרשרת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דיאגרמת עמודות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הזמנה לחגיגה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סופרים בשיעור חשבון הקשור לחשוון?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הימים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הצבעים בקשת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השירים שלמדו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המטרה של סיור הגאוגרפיה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פרחים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לאתר אנשים שעובדים בשקט ולהכין מפת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חלונות בבניין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מר יכולה להתפרש גם כטעם וגם כתואר של אדון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מוזיקה לומדים לספור את ימי חודש 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הטעימה העיוורת כוללת גם מרכיב של בטיחות והתחשבות ברגישויות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יכול להיות בן 29 או 30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מוזיקה ממציאים מנגינת הצלחה בכלי הקשה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לשון אוספים מילים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מדעים טועמים את ארבעת ה__________: מתוק, מלוח, חמוץ 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בשיעור חשבון מכינים __________ עמודות של החגיגות שהכיתה 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גאוגרפיה מכינים __________ תודה לאנשי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בשיעור אמנות יוצרים תיבת __________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מקצוע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ספירת ימי חודש חשוון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כתיבת הזמנה לחגיגה כיתתית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המצאת מנגינת הצלחה בכלי הקשה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טעימה עיוורת של ארבעה טעמים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קישוטים מנייר ממוחזר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מדוע המילה מר יכולה להתפרש בכמה דרכים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פעילות נוספת אחת שיכולה לחבר בין חודש חשוון למקצוע גאוגרפיה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מהמקצועות שהוזכרו (לשון, מדעים, אמנות, מוזיקה, גאוגרפיה, חשבון) והסבירו כיצד כל אחד מהם מתחבר לנושא של חגיגה כיתתית בחודש חשוון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בינתחומי?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לפעילות ממקצוע מדעים בתחנת מר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לחבר בין מקצועות לימוד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חיבורים בינתחומיים - מר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